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 (משחק הזיכרון)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זוגות של מילים הפוכות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של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הפוכות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התאימו כל מילה להפך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(גאווה)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(לדחות)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(לחוץ)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(פשוט)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(כהה)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(גלוי)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בחרו את ההפך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לאסוף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גלוי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פשוט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רגוע מתאר תחושה נינוחה, ולחוץ מתאר תחושת מתח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לקבל זה להסכים לקחת, ולדחות זה לסרב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ההפך של פשוט הוא מסובך, לא כהה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גלוי רואים, נסתר לא רואים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לקבל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לפזר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משפט משתמש נכון במילה, מראה הבנה של משמעותה ומבדיל אותה מההפך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שמראה הבנה: גלוי - רואים, נסתר - לא רואים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הזיכרון בזוגות לפני הדף, כדי שהתלמידים יכירו את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בקול את המילים הקשות (כמו רשות, חובה) ולוודא הבנה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המוקלת אפשר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 (משחק הזיכרון)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הזיכרון 'הפכים' צריך למצוא שני קלפים שמתאימים זה לזה - מילה וההפך שלה. בדף הזה נתרגל את המילים וההפכים שמופיעים במשחק.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התאימו כל מילה להפך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פשוט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לקבל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כהה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גאווה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מסובך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לדחות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גלוי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נסתר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לחוץ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בחרו את ההפך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ההפך של 'חובה'?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גלוי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ההפך של 'לפזר'?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מסובך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ההפך של 'גאווה'?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ההפך של 'בהיר'?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מסובך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ההפך של 'נסתר'?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גלוי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פשוט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ההפך של 'מסובך'?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גאווה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פשוט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'רגוע' הוא 'לחוץ'.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'לקבל' הוא 'לדחות'.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'פשוט' הוא 'כהה'.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'גלוי' הוא 'נסתר'.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 שכח __________ את הצעצועים אחרי המשחק.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הוא החליט __________ את ההצעה כי לא אהב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חשוב __________ את המתנה באדיבות.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הרוח גרמה לעלים __________ בכל הגינה.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זוגות של הפכים מהרשימה וכתבו משפט לכל מילה בזוג, כך שיהיה ברור מהמשפט מה המשמעות שלה.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הפך אחד למילה 'רגוע'.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ההפך של 'לקבל'?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במילים שלכם מה ההבדל בין 'גלוי' ל'נסתר'.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הפכים (משחק הזיכרון)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