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משחקי קלפים בעברית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הפכים (משחק הזיכרון)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זוגות של מילים הפוכות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של 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במילים הפוכות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התאימו כל מילה להפך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(גאווה)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(לדחות)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(לחוץ)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(פשוט)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(כהה)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(גלוי)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בחרו את ההפך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רשות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לאסוף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בושה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כהה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גלוי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ד – פשוט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רגוע מתאר תחושה נינוחה, ולחוץ מתאר תחושת מתח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לקבל זה להסכים לקחת, ולדחות זה לסרב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ההפך של פשוט הוא מסובך, לא כהה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גלוי רואים, נסתר לא רואים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לקבל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לפזר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 משפט משתמש נכון במילה, מראה הבנה של משמעותה ומבדיל אותה מההפך שלה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לחוץ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שמראה הבנה: גלוי - רואים, נסתר - לא רואים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את משחק הזיכרון בזוגות לפני הדף, כדי שהתלמידים יכירו את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לקרוא בקול את המילים הקשות (כמו רשות, חובה) ולוודא הבנה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המוקלת אפשר להשמיט את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משחקי קלפים בעברית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הפכים (משחק הזיכרון)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במשחק הזה יש קלפים עם מילים. צריך למצוא לכל מילה את ההפך שלה. בדף הזה נתרגל את המילים האלה.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בושה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תחושה לא נעימה אחרי משהו לא טוב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גאווה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תחושה טובה של הצלחה או כבוד עצמי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שחייבים לעשות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רשות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שמותר, אבל לא חייבים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נסתר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משהו שלא רואים, מוסתר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גלוי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משהו שרואים בבירור, לא מוסתר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לפזר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לשים דברים במקומות שונים ולא ביחד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מסובך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קשה להבנה, לא פשוט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התאימו כל מילה להפך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בושה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לחוץ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לקבל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פשוט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רגוע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לדחות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מסובך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גאווה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בהיר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גלוי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נסתר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כהה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בחרו את ההפך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הפוכה ל'חובה'?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גלוי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כהה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הפוכה ל'לפזר'?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לדחות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רגוע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מסובך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הפוכה ל'גאווה'?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רגוע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בהיר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הפוכה ל'בהיר'?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גלוי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כהה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מסובך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הפוכה ל'נסתר'?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גלוי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פשוט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מילה הפוכה ל'מסובך'?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בהיר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גאווה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פשוט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ההפך של 'רגוע' הוא 'לחוץ'.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ההפך של 'לקבל' הוא 'לדחות'.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ההפך של 'פשוט' הוא 'כהה'.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ההפך של 'גלוי' הוא 'נסתר'.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הילד שכח __________ את הצעצועים אחרי המשחק.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הוא החליט __________ את ההצעה כי לא אהב אותה.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חשוב __________ את המתנה באדיבות.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הרוח גרמה לעלים __________ בכל הגינה.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שני זוגות של הפכים מהרשימה וכתבו משפט לכל מילה בזוג, כך שיהיה ברור מהמשפט מה המשמעות שלה.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הפך אחד למילה 'רגוע'.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ההפך של 'לקבל'?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הסבירו במילים שלכם מה ההבדל בין 'גלוי' ל'נסתר'.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הפכים (משחק הזיכרון)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